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BF509" w14:textId="77777777" w:rsidR="00CB6F0D" w:rsidRDefault="00945CF5">
      <w:pPr>
        <w:jc w:val="center"/>
      </w:pPr>
      <w:r>
        <w:rPr>
          <w:b/>
          <w:sz w:val="46"/>
        </w:rPr>
        <w:t>St Anthony’s Community Garden</w:t>
      </w:r>
    </w:p>
    <w:p w14:paraId="45B41D1B" w14:textId="659E080F" w:rsidR="00CB6F0D" w:rsidRDefault="00945CF5">
      <w:pPr>
        <w:jc w:val="center"/>
      </w:pPr>
      <w:r>
        <w:rPr>
          <w:b/>
          <w:sz w:val="30"/>
        </w:rPr>
        <w:t xml:space="preserve">50 Years – </w:t>
      </w:r>
      <w:r w:rsidR="004D560C">
        <w:rPr>
          <w:b/>
          <w:sz w:val="30"/>
        </w:rPr>
        <w:t xml:space="preserve">Growing, Connecting, </w:t>
      </w:r>
      <w:r w:rsidR="00AD325C">
        <w:rPr>
          <w:b/>
          <w:sz w:val="30"/>
        </w:rPr>
        <w:t>Belonging</w:t>
      </w:r>
    </w:p>
    <w:p w14:paraId="29CD6F8D" w14:textId="7F8E4EC4" w:rsidR="00CB6F0D" w:rsidRDefault="00945CF5">
      <w:pPr>
        <w:jc w:val="center"/>
      </w:pPr>
      <w:r>
        <w:rPr>
          <w:i/>
        </w:rPr>
        <w:t xml:space="preserve"> Participatory Budgeting 2026 Application </w:t>
      </w:r>
    </w:p>
    <w:p w14:paraId="493D31E3" w14:textId="77777777" w:rsidR="00CB6F0D" w:rsidRDefault="00945CF5">
      <w:pPr>
        <w:pStyle w:val="Heading1"/>
      </w:pPr>
      <w:r>
        <w:t>1. Project title</w:t>
      </w:r>
    </w:p>
    <w:p w14:paraId="4BAFBE1C" w14:textId="2C9C80D9" w:rsidR="00CB6F0D" w:rsidRDefault="00945CF5">
      <w:r>
        <w:t xml:space="preserve">St Anthony’s Community Garden – 50 Years: </w:t>
      </w:r>
      <w:r w:rsidR="00AD325C">
        <w:t>Growing, Connecting, Belonging</w:t>
      </w:r>
    </w:p>
    <w:p w14:paraId="1AF24D0D" w14:textId="77777777" w:rsidR="00AD325C" w:rsidRDefault="00945CF5">
      <w:pPr>
        <w:pStyle w:val="Heading1"/>
        <w:rPr>
          <w:rFonts w:ascii="Aptos" w:eastAsiaTheme="minorEastAsia" w:hAnsi="Aptos" w:cstheme="minorBidi"/>
          <w:b w:val="0"/>
          <w:bCs w:val="0"/>
          <w:color w:val="auto"/>
          <w:sz w:val="21"/>
          <w:szCs w:val="22"/>
        </w:rPr>
      </w:pPr>
      <w:r>
        <w:t>2. Short project summary</w:t>
      </w:r>
      <w:r w:rsidR="00AD325C">
        <w:t xml:space="preserve">                                                                                                    </w:t>
      </w:r>
      <w:r w:rsidR="00AD325C" w:rsidRPr="00AD325C">
        <w:rPr>
          <w:rFonts w:ascii="Aptos" w:eastAsiaTheme="minorEastAsia" w:hAnsi="Aptos" w:cstheme="minorBidi"/>
          <w:b w:val="0"/>
          <w:bCs w:val="0"/>
          <w:color w:val="auto"/>
          <w:sz w:val="21"/>
          <w:szCs w:val="22"/>
        </w:rPr>
        <w:t>St Anthony’s Community Garden – 50 Years: Rooted, Growing, Creating is about creating a space where people can pause, breathe, connect and feel good. We want to transform an underused area of our school grounds into a vibrant, sensory garden where pupils, families and our wider community can focus on mental health and wellbeing, enjoy nature, grow together and have somewhere peaceful to reflect. The garden will include sensory and pollinator-friendly planting, community growing, wildlife features, quiet seating and a dedicated reflection and remembrance area. It will also build on our successful St Anthony Bear Initiative, with a Bear Trail becoming part of the garden and extending the messages of belonging, friendship, equality and wellbeing that our bears already represent. Our vision is to create a place that supports emotional wellbeing, encourages connection and gives everyone a little space to stop, reflect and enjoy being outdoors.</w:t>
      </w:r>
    </w:p>
    <w:p w14:paraId="238D2705" w14:textId="144E4D25" w:rsidR="00CB6F0D" w:rsidRDefault="00945CF5">
      <w:pPr>
        <w:pStyle w:val="Heading1"/>
      </w:pPr>
      <w:r>
        <w:t>3. Main application description</w:t>
      </w:r>
    </w:p>
    <w:p w14:paraId="791EB4FE" w14:textId="77777777" w:rsidR="00CB6F0D" w:rsidRDefault="00945CF5">
      <w:r>
        <w:t>St Anthony’s celebrated its 50th anniversary in 2025, and we want to mark this milestone by creating something lasting for the next generation. Our vision is to transform the tired and underused green space at the front of the school into a vibrant community garden where people can connect with nature, grow, reflect, remember and create together.</w:t>
      </w:r>
    </w:p>
    <w:p w14:paraId="2A126DBC" w14:textId="77777777" w:rsidR="00CB6F0D" w:rsidRDefault="00945CF5">
      <w:r>
        <w:t>We want to do more than simply tidy up the existing space. We want to work together as a community to create a vibrant place for nature, growing, wellbeing and reflection. By involving our pupils, families and wider school community, we hope to lead by example and show what we can achieve when we work together.</w:t>
      </w:r>
    </w:p>
    <w:p w14:paraId="200889B5" w14:textId="77777777" w:rsidR="00CB6F0D" w:rsidRDefault="00945CF5">
      <w:r>
        <w:t>Our pupils have already shown us that they care about this space. They have asked for the area to be improved and have even been trying to look after and maintain the garden themselves. We want to build on that enthusiasm by giving them a real voice in creating a garden they can help shape, enjoy and be proud of.</w:t>
      </w:r>
    </w:p>
    <w:p w14:paraId="0297B861" w14:textId="75385EE0" w:rsidR="00CB6F0D" w:rsidRDefault="00945CF5">
      <w:r>
        <w:t>Over the past few years, our Parent Council has grown from strength to strength. We have worked hard to build stronger relationships with our families, local businesses and the wider community</w:t>
      </w:r>
      <w:r w:rsidR="00AD325C">
        <w:t xml:space="preserve"> such as Arran View Care Home and our Chapel parish</w:t>
      </w:r>
      <w:r>
        <w:t>, and we have seen how much can be achieved when people come together around a shared idea. We now want to build on that success and bring those connections into a project that everyone can be part of and proud of.</w:t>
      </w:r>
    </w:p>
    <w:p w14:paraId="118909A1" w14:textId="77777777" w:rsidR="00CB6F0D" w:rsidRDefault="00945CF5">
      <w:pPr>
        <w:pStyle w:val="Heading1"/>
      </w:pPr>
      <w:r>
        <w:lastRenderedPageBreak/>
        <w:t>4. What we want to create</w:t>
      </w:r>
    </w:p>
    <w:p w14:paraId="5143154B" w14:textId="77777777" w:rsidR="00CB6F0D" w:rsidRDefault="00945CF5">
      <w:pPr>
        <w:pStyle w:val="Heading2"/>
      </w:pPr>
      <w:r>
        <w:t>Wildlife, wildflowers and sensory planting</w:t>
      </w:r>
    </w:p>
    <w:p w14:paraId="1594CABF" w14:textId="77777777" w:rsidR="00CB6F0D" w:rsidRDefault="00945CF5">
      <w:r>
        <w:t>We would love the garden to be filled with wildflowers, pollinator-friendly planting, strong scented plants and herbs, with a wide range of textures, colours and seasonal interest. Suitable bird feeding or nesting features and other natural habitats could encourage wildlife and biodiversity. The aim is to make nature something people can experience rather than simply look at.</w:t>
      </w:r>
    </w:p>
    <w:p w14:paraId="0832B577" w14:textId="77777777" w:rsidR="00CB6F0D" w:rsidRDefault="00945CF5">
      <w:pPr>
        <w:pStyle w:val="Heading2"/>
      </w:pPr>
      <w:r>
        <w:t>Community growing</w:t>
      </w:r>
    </w:p>
    <w:p w14:paraId="1C6852ED" w14:textId="0BDB05E9" w:rsidR="00CB6F0D" w:rsidRDefault="00945CF5">
      <w:r>
        <w:t xml:space="preserve">A small, manageable growing area could include herbs, strawberries, blueberries and other suitable edible plants. This would give </w:t>
      </w:r>
      <w:r w:rsidR="00AD325C">
        <w:t>our community</w:t>
      </w:r>
      <w:r>
        <w:t xml:space="preserve"> opportunities to discover where food comes from and how plants grow, while providing a starting point for gradually bringing our existing, currently unused polytunnel back into productive use.</w:t>
      </w:r>
    </w:p>
    <w:p w14:paraId="69420684" w14:textId="77777777" w:rsidR="00CB6F0D" w:rsidRDefault="00945CF5">
      <w:pPr>
        <w:pStyle w:val="Heading2"/>
      </w:pPr>
      <w:r>
        <w:t>Reflection and remembrance</w:t>
      </w:r>
    </w:p>
    <w:p w14:paraId="2500ED8A" w14:textId="0AF0C222" w:rsidR="00CB6F0D" w:rsidRDefault="00945CF5">
      <w:r>
        <w:t xml:space="preserve">We would create a quieter area with natural seating where people can sit, pause, reflect and </w:t>
      </w:r>
      <w:r w:rsidR="00AD325C">
        <w:t xml:space="preserve">be together.  </w:t>
      </w:r>
      <w:r>
        <w:t xml:space="preserve">The existing memorial tree and plaque for a former pupil would be sensitively incorporated. This would be a place for remembrance, but also for celebrating achievements, </w:t>
      </w:r>
      <w:r w:rsidR="00AD325C">
        <w:t xml:space="preserve">working together with </w:t>
      </w:r>
      <w:r w:rsidR="00BE2F22">
        <w:t>those</w:t>
      </w:r>
      <w:r>
        <w:t xml:space="preserve"> who have helped shape our community.</w:t>
      </w:r>
    </w:p>
    <w:p w14:paraId="2FA59D14" w14:textId="77777777" w:rsidR="00CB6F0D" w:rsidRDefault="00945CF5">
      <w:pPr>
        <w:pStyle w:val="Heading2"/>
      </w:pPr>
      <w:r>
        <w:t>The St Anthony Bear Trail</w:t>
      </w:r>
    </w:p>
    <w:p w14:paraId="7F87C8DA" w14:textId="77777777" w:rsidR="00CB6F0D" w:rsidRDefault="00945CF5">
      <w:r>
        <w:t>Our Parent Council’s Primary 1 Bear initiative has been hugely successful. Every new Primary 1 child receives a bear to adopt and keep throughout their school journey. Families have given very positive feedback and the bears have become a shared symbol of belonging, equality, friendship and wellbeing. We would like to build on this success with a simple Bear Trail through the garden, encouraging children and families to explore nature, wildlife, growing and quieter spaces together.</w:t>
      </w:r>
    </w:p>
    <w:p w14:paraId="17314311" w14:textId="77777777" w:rsidR="00CB6F0D" w:rsidRDefault="00945CF5">
      <w:pPr>
        <w:pStyle w:val="Heading2"/>
      </w:pPr>
      <w:r>
        <w:t>Community mural</w:t>
      </w:r>
    </w:p>
    <w:p w14:paraId="57E69DFE" w14:textId="77777777" w:rsidR="00CB6F0D" w:rsidRDefault="00945CF5">
      <w:r>
        <w:t>The front of the school has a large plain brick wall which provides an opportunity for a highly visible piece of community art. We would like to explore working with a local mural artist to involve children in developing the design. The mural could celebrate St Anthony’s 50-year history, local nature, belonging and hopes for the future. It would create a permanent piece of child-led community art and support local creative enterprise, subject to the necessary permissions.</w:t>
      </w:r>
    </w:p>
    <w:p w14:paraId="454809AA" w14:textId="77777777" w:rsidR="00CB6F0D" w:rsidRDefault="00945CF5">
      <w:pPr>
        <w:pStyle w:val="Heading1"/>
      </w:pPr>
      <w:r>
        <w:t>5. Our community partnerships</w:t>
      </w:r>
    </w:p>
    <w:p w14:paraId="77A7AA47" w14:textId="77777777" w:rsidR="00CB6F0D" w:rsidRDefault="00945CF5">
      <w:r>
        <w:t>The project builds on relationships we have already developed. Local businesses have offered plants, practical time and horticultural advice. Parents, families and volunteers will be encouraged to contribute ideas, skills and time, while the Parent Council will coordinate the project and continue fundraising for future phases.</w:t>
      </w:r>
    </w:p>
    <w:p w14:paraId="763C58BB" w14:textId="77777777" w:rsidR="00CB6F0D" w:rsidRDefault="00945CF5">
      <w:r>
        <w:t>Our wider community also includes our local care home, Arran View. Residents already take part in our school community where possible, visiting events such as our Burns Supper and St Andrew’s Day Assembly. Our pupils also visit the care home to play games and spend time with residents, and our school choir performs for them. We would love the garden to create another opportunity for generations to come together through planting, sharing stories and knowledge, enjoying nature or simply spending time in a peaceful space.</w:t>
      </w:r>
    </w:p>
    <w:p w14:paraId="0AB186FE" w14:textId="2F254A61" w:rsidR="00EE727E" w:rsidRDefault="00945CF5">
      <w:r>
        <w:lastRenderedPageBreak/>
        <w:t>Our chapel/parish community is also part of our wider network and can provide further opportunities for volunteering, practical support and intergenerational involvement. The garden itself will be an inclusive community space.</w:t>
      </w:r>
    </w:p>
    <w:p w14:paraId="18256E43" w14:textId="77777777" w:rsidR="00CB6F0D" w:rsidRDefault="00945CF5">
      <w:pPr>
        <w:pStyle w:val="Heading1"/>
      </w:pPr>
      <w:r>
        <w:t>6. Why this is a community project</w:t>
      </w:r>
    </w:p>
    <w:p w14:paraId="6F03B157" w14:textId="77777777" w:rsidR="00CB6F0D" w:rsidRDefault="00945CF5">
      <w:r>
        <w:t>The front location is important because it is highly visible to children, families, visitors and people passing the school. We want people arriving at St Anthony’s to see a welcoming, vibrant space that demonstrates what can happen when a community works together. The road and essential access routes will remain unchanged.</w:t>
      </w:r>
    </w:p>
    <w:p w14:paraId="7BB74EDD" w14:textId="77777777" w:rsidR="00CB6F0D" w:rsidRDefault="00945CF5">
      <w:r>
        <w:t>The £1,000 funding would be the starting point rather than the full investment. We already have local businesses willing to contribute plants, time and advice, alongside Parent Council fundraising, volunteer involvement and future partnership opportunities. This means the PB investment can help unlock a much larger community effort.</w:t>
      </w:r>
    </w:p>
    <w:p w14:paraId="264EC4B7" w14:textId="77777777" w:rsidR="00C24310" w:rsidRPr="00C24310" w:rsidRDefault="00C24310" w:rsidP="00C24310">
      <w:pPr>
        <w:rPr>
          <w:b/>
          <w:bCs/>
          <w:lang w:val="en-GB"/>
        </w:rPr>
      </w:pPr>
      <w:r w:rsidRPr="00C24310">
        <w:rPr>
          <w:b/>
          <w:bCs/>
          <w:lang w:val="en-GB"/>
        </w:rPr>
        <w:t>Out-of-hours and wider community use</w:t>
      </w:r>
    </w:p>
    <w:p w14:paraId="36DD78F9" w14:textId="77777777" w:rsidR="00C24310" w:rsidRPr="00C24310" w:rsidRDefault="00C24310" w:rsidP="00C24310">
      <w:pPr>
        <w:rPr>
          <w:lang w:val="en-GB"/>
        </w:rPr>
      </w:pPr>
      <w:r w:rsidRPr="00C24310">
        <w:rPr>
          <w:lang w:val="en-GB"/>
        </w:rPr>
        <w:t>Although the garden will naturally provide benefits to pupils during the school day, our intention is for it to become a shared space that brings our school and wider community together beyond the normal school day.</w:t>
      </w:r>
    </w:p>
    <w:p w14:paraId="6976AFC9" w14:textId="77777777" w:rsidR="00C24310" w:rsidRPr="00C24310" w:rsidRDefault="00C24310" w:rsidP="00C24310">
      <w:pPr>
        <w:rPr>
          <w:lang w:val="en-GB"/>
        </w:rPr>
      </w:pPr>
      <w:r w:rsidRPr="00C24310">
        <w:rPr>
          <w:lang w:val="en-GB"/>
        </w:rPr>
        <w:t>Our Parent Council already has experience of bringing our community together outside school hours. As part of St Anthony's 50th anniversary celebrations, we organised a community celebration which was not fundraising-focused, but provided an opportunity for pupils, families and members of our wider community to come together and celebrate our shared community.</w:t>
      </w:r>
    </w:p>
    <w:p w14:paraId="0942AF3A" w14:textId="2532494D" w:rsidR="00C24310" w:rsidRPr="00C24310" w:rsidRDefault="00C24310" w:rsidP="00C24310">
      <w:pPr>
        <w:rPr>
          <w:lang w:val="en-GB"/>
        </w:rPr>
      </w:pPr>
      <w:r w:rsidRPr="00C24310">
        <w:rPr>
          <w:lang w:val="en-GB"/>
        </w:rPr>
        <w:t xml:space="preserve">We have also already publicly shared through our Parent </w:t>
      </w:r>
      <w:proofErr w:type="gramStart"/>
      <w:r w:rsidRPr="00C24310">
        <w:rPr>
          <w:lang w:val="en-GB"/>
        </w:rPr>
        <w:t xml:space="preserve">Council </w:t>
      </w:r>
      <w:r>
        <w:rPr>
          <w:lang w:val="en-GB"/>
        </w:rPr>
        <w:t xml:space="preserve"> and</w:t>
      </w:r>
      <w:proofErr w:type="gramEnd"/>
      <w:r>
        <w:rPr>
          <w:lang w:val="en-GB"/>
        </w:rPr>
        <w:t xml:space="preserve"> wider </w:t>
      </w:r>
      <w:r w:rsidRPr="00C24310">
        <w:rPr>
          <w:lang w:val="en-GB"/>
        </w:rPr>
        <w:t>social media that we would like to host garden activities and community gardening days. The reason these have not yet taken place is simply that the garden currently needs significant work before it is suitable and welcoming for this type of activity. We see the project as helping us create the foundations needed to make those plans possible.</w:t>
      </w:r>
    </w:p>
    <w:p w14:paraId="5E490B8D" w14:textId="77777777" w:rsidR="00C24310" w:rsidRPr="00C24310" w:rsidRDefault="00C24310" w:rsidP="00C24310">
      <w:pPr>
        <w:rPr>
          <w:lang w:val="en-GB"/>
        </w:rPr>
      </w:pPr>
      <w:r w:rsidRPr="00C24310">
        <w:rPr>
          <w:lang w:val="en-GB"/>
        </w:rPr>
        <w:t>We would like to develop opportunities such as family gardening days, a small community gardening club, seasonal planting activities, wildlife and nature activities and informal outdoor health and wellbeing sessions. These would not need to be large events; they could simply provide opportunities for children, parents, carers, volunteers and members of the wider community to spend time outdoors, contribute to the garden and enjoy the space together.</w:t>
      </w:r>
    </w:p>
    <w:p w14:paraId="334D0501" w14:textId="77777777" w:rsidR="00C24310" w:rsidRPr="00C24310" w:rsidRDefault="00C24310" w:rsidP="00C24310">
      <w:pPr>
        <w:rPr>
          <w:lang w:val="en-GB"/>
        </w:rPr>
      </w:pPr>
      <w:r w:rsidRPr="00C24310">
        <w:rPr>
          <w:b/>
          <w:bCs/>
          <w:lang w:val="en-GB"/>
        </w:rPr>
        <w:t>The intergenerational aspect is particularly important to us.</w:t>
      </w:r>
      <w:r w:rsidRPr="00C24310">
        <w:rPr>
          <w:lang w:val="en-GB"/>
        </w:rPr>
        <w:t xml:space="preserve"> Arran View Care Home is already connected with our school community. Our pupils visit residents, our choir performs for them, and residents who </w:t>
      </w:r>
      <w:proofErr w:type="gramStart"/>
      <w:r w:rsidRPr="00C24310">
        <w:rPr>
          <w:lang w:val="en-GB"/>
        </w:rPr>
        <w:t>are able to</w:t>
      </w:r>
      <w:proofErr w:type="gramEnd"/>
      <w:r w:rsidRPr="00C24310">
        <w:rPr>
          <w:lang w:val="en-GB"/>
        </w:rPr>
        <w:t xml:space="preserve"> attend join us at school events. We have also discussed our garden plans with a parent who works at Arran View, who has expressed enthusiasm about helping us develop opportunities for residents to become involved. We would like to build on this existing relationship through shared gardening activities, planting, nature, storytelling and simply enjoying the outdoor space together.</w:t>
      </w:r>
    </w:p>
    <w:p w14:paraId="2CC5B69B" w14:textId="77777777" w:rsidR="00C24310" w:rsidRPr="00C24310" w:rsidRDefault="00C24310" w:rsidP="00C24310">
      <w:pPr>
        <w:rPr>
          <w:lang w:val="en-GB"/>
        </w:rPr>
      </w:pPr>
      <w:r w:rsidRPr="00C24310">
        <w:rPr>
          <w:lang w:val="en-GB"/>
        </w:rPr>
        <w:t>We would also welcome involvement from our wider chapel/parish community, local businesses, volunteers and families who have already shown an interest in helping us develop the garden.</w:t>
      </w:r>
    </w:p>
    <w:p w14:paraId="37FB1779" w14:textId="73BB158E" w:rsidR="00C24310" w:rsidRDefault="00C24310" w:rsidP="00C24310">
      <w:pPr>
        <w:rPr>
          <w:lang w:val="en-GB"/>
        </w:rPr>
      </w:pPr>
      <w:r w:rsidRPr="00C24310">
        <w:rPr>
          <w:lang w:val="en-GB"/>
        </w:rPr>
        <w:t xml:space="preserve">Activities will be pre-arranged with the school and take place </w:t>
      </w:r>
      <w:r w:rsidRPr="004F4DE5">
        <w:rPr>
          <w:b/>
          <w:bCs/>
          <w:lang w:val="en-GB"/>
        </w:rPr>
        <w:t>outside</w:t>
      </w:r>
      <w:r w:rsidRPr="00C24310">
        <w:rPr>
          <w:lang w:val="en-GB"/>
        </w:rPr>
        <w:t xml:space="preserve"> normal school hours, with access managed through the school's safeguarding and site arrangements.</w:t>
      </w:r>
      <w:r w:rsidR="00D029C3">
        <w:rPr>
          <w:lang w:val="en-GB"/>
        </w:rPr>
        <w:t xml:space="preserve">  </w:t>
      </w:r>
    </w:p>
    <w:p w14:paraId="30884D6E" w14:textId="2F57C340" w:rsidR="00CC3939" w:rsidRPr="00C24310" w:rsidRDefault="00CC3939" w:rsidP="00C24310">
      <w:pPr>
        <w:rPr>
          <w:lang w:val="en-GB"/>
        </w:rPr>
      </w:pPr>
      <w:r w:rsidRPr="00CC3939">
        <w:lastRenderedPageBreak/>
        <w:t>As our garden grows, we want our community to grow with it — breaking down barriers between generations, building on the connections we already have and creating new ones, bringing people together through nature, gardening, wellbeing and a shared sense of belonging.</w:t>
      </w:r>
    </w:p>
    <w:p w14:paraId="454D9112" w14:textId="77777777" w:rsidR="00C24310" w:rsidRDefault="00C24310"/>
    <w:p w14:paraId="425962A8" w14:textId="77777777" w:rsidR="00CB6F0D" w:rsidRDefault="00945CF5">
      <w:pPr>
        <w:pStyle w:val="Heading1"/>
      </w:pPr>
      <w:r>
        <w:t>7. Participatory Budgeting themes</w:t>
      </w:r>
    </w:p>
    <w:tbl>
      <w:tblPr>
        <w:tblStyle w:val="TableGrid"/>
        <w:tblW w:w="0" w:type="auto"/>
        <w:tblLook w:val="04A0" w:firstRow="1" w:lastRow="0" w:firstColumn="1" w:lastColumn="0" w:noHBand="0" w:noVBand="1"/>
      </w:tblPr>
      <w:tblGrid>
        <w:gridCol w:w="3357"/>
        <w:gridCol w:w="3356"/>
        <w:gridCol w:w="3357"/>
      </w:tblGrid>
      <w:tr w:rsidR="00CB6F0D" w14:paraId="291ECA22" w14:textId="77777777">
        <w:tc>
          <w:tcPr>
            <w:tcW w:w="3360" w:type="dxa"/>
          </w:tcPr>
          <w:p w14:paraId="7A2A8FEF" w14:textId="77777777" w:rsidR="00CB6F0D" w:rsidRDefault="00945CF5">
            <w:r>
              <w:t>Theme</w:t>
            </w:r>
          </w:p>
        </w:tc>
        <w:tc>
          <w:tcPr>
            <w:tcW w:w="3360" w:type="dxa"/>
          </w:tcPr>
          <w:p w14:paraId="4DE0B9E9" w14:textId="77777777" w:rsidR="00CB6F0D" w:rsidRDefault="00945CF5">
            <w:r>
              <w:t>Strength</w:t>
            </w:r>
          </w:p>
        </w:tc>
        <w:tc>
          <w:tcPr>
            <w:tcW w:w="3360" w:type="dxa"/>
          </w:tcPr>
          <w:p w14:paraId="414903AD" w14:textId="77777777" w:rsidR="00CB6F0D" w:rsidRDefault="00945CF5">
            <w:r>
              <w:t>Evidence</w:t>
            </w:r>
          </w:p>
        </w:tc>
      </w:tr>
      <w:tr w:rsidR="00CB6F0D" w14:paraId="69BD8813" w14:textId="77777777">
        <w:tc>
          <w:tcPr>
            <w:tcW w:w="3360" w:type="dxa"/>
          </w:tcPr>
          <w:p w14:paraId="1D3D3C5E" w14:textId="77777777" w:rsidR="00CB6F0D" w:rsidRDefault="00945CF5">
            <w:r>
              <w:t>Greener Communities</w:t>
            </w:r>
          </w:p>
        </w:tc>
        <w:tc>
          <w:tcPr>
            <w:tcW w:w="3360" w:type="dxa"/>
          </w:tcPr>
          <w:p w14:paraId="51419699" w14:textId="77777777" w:rsidR="00CB6F0D" w:rsidRDefault="00945CF5">
            <w:r>
              <w:t>Primary</w:t>
            </w:r>
          </w:p>
        </w:tc>
        <w:tc>
          <w:tcPr>
            <w:tcW w:w="3360" w:type="dxa"/>
          </w:tcPr>
          <w:p w14:paraId="5C3B4B1D" w14:textId="77777777" w:rsidR="00CB6F0D" w:rsidRDefault="00945CF5">
            <w:r>
              <w:t>Wildflowers, pollinators, biodiversity, sensory planting, wildlife and community growing.</w:t>
            </w:r>
          </w:p>
        </w:tc>
      </w:tr>
      <w:tr w:rsidR="00CB6F0D" w14:paraId="60FA66E0" w14:textId="77777777">
        <w:tc>
          <w:tcPr>
            <w:tcW w:w="3360" w:type="dxa"/>
          </w:tcPr>
          <w:p w14:paraId="271A3A5D" w14:textId="77777777" w:rsidR="00CB6F0D" w:rsidRDefault="00945CF5">
            <w:r>
              <w:t>Local Ownership</w:t>
            </w:r>
          </w:p>
        </w:tc>
        <w:tc>
          <w:tcPr>
            <w:tcW w:w="3360" w:type="dxa"/>
          </w:tcPr>
          <w:p w14:paraId="343DC61F" w14:textId="77777777" w:rsidR="00CB6F0D" w:rsidRDefault="00945CF5">
            <w:r>
              <w:t>Primary</w:t>
            </w:r>
          </w:p>
        </w:tc>
        <w:tc>
          <w:tcPr>
            <w:tcW w:w="3360" w:type="dxa"/>
          </w:tcPr>
          <w:p w14:paraId="40E65FEA" w14:textId="4377D90C" w:rsidR="00CB6F0D" w:rsidRDefault="00945CF5">
            <w:r>
              <w:t xml:space="preserve">A visible local space </w:t>
            </w:r>
            <w:proofErr w:type="gramStart"/>
            <w:r>
              <w:t>created</w:t>
            </w:r>
            <w:proofErr w:type="gramEnd"/>
            <w:r>
              <w:t xml:space="preserve"> and cared for through children, families, volunteers and </w:t>
            </w:r>
            <w:r w:rsidR="00BE2F22">
              <w:t>wider community</w:t>
            </w:r>
          </w:p>
        </w:tc>
      </w:tr>
      <w:tr w:rsidR="00CB6F0D" w14:paraId="262C1A28" w14:textId="77777777">
        <w:tc>
          <w:tcPr>
            <w:tcW w:w="3360" w:type="dxa"/>
          </w:tcPr>
          <w:p w14:paraId="01499B89" w14:textId="77777777" w:rsidR="00CB6F0D" w:rsidRDefault="00945CF5">
            <w:r>
              <w:t>Community Action</w:t>
            </w:r>
          </w:p>
        </w:tc>
        <w:tc>
          <w:tcPr>
            <w:tcW w:w="3360" w:type="dxa"/>
          </w:tcPr>
          <w:p w14:paraId="7FE0896B" w14:textId="77777777" w:rsidR="00CB6F0D" w:rsidRDefault="00945CF5">
            <w:r>
              <w:t>Strong</w:t>
            </w:r>
          </w:p>
        </w:tc>
        <w:tc>
          <w:tcPr>
            <w:tcW w:w="3360" w:type="dxa"/>
          </w:tcPr>
          <w:p w14:paraId="6404C5FB" w14:textId="77777777" w:rsidR="00CB6F0D" w:rsidRDefault="00945CF5">
            <w:r>
              <w:t>Planting, volunteering, growing, creative activity, intergenerational involvement and community participation.</w:t>
            </w:r>
          </w:p>
        </w:tc>
      </w:tr>
      <w:tr w:rsidR="00CB6F0D" w14:paraId="594CDCE4" w14:textId="77777777">
        <w:tc>
          <w:tcPr>
            <w:tcW w:w="3360" w:type="dxa"/>
          </w:tcPr>
          <w:p w14:paraId="04F4408F" w14:textId="77777777" w:rsidR="00CB6F0D" w:rsidRDefault="00945CF5">
            <w:r>
              <w:t>Community Innovation</w:t>
            </w:r>
          </w:p>
        </w:tc>
        <w:tc>
          <w:tcPr>
            <w:tcW w:w="3360" w:type="dxa"/>
          </w:tcPr>
          <w:p w14:paraId="295D6121" w14:textId="77777777" w:rsidR="00CB6F0D" w:rsidRDefault="00945CF5">
            <w:r>
              <w:t>Supporting</w:t>
            </w:r>
          </w:p>
        </w:tc>
        <w:tc>
          <w:tcPr>
            <w:tcW w:w="3360" w:type="dxa"/>
          </w:tcPr>
          <w:p w14:paraId="7E63E4C9" w14:textId="77777777" w:rsidR="00CB6F0D" w:rsidRDefault="00945CF5">
            <w:r>
              <w:t>Connecting an underused space, unused polytunnel, Bear initiative, local businesses, community volunteers and local creative talent.</w:t>
            </w:r>
          </w:p>
        </w:tc>
      </w:tr>
    </w:tbl>
    <w:p w14:paraId="74C309FD" w14:textId="77777777" w:rsidR="00CB6F0D" w:rsidRDefault="00945CF5">
      <w:pPr>
        <w:pStyle w:val="Heading1"/>
      </w:pPr>
      <w:r>
        <w:t>8. Accessibility and inclusion</w:t>
      </w:r>
    </w:p>
    <w:p w14:paraId="79633614" w14:textId="77777777" w:rsidR="00CB6F0D" w:rsidRDefault="00945CF5">
      <w:r>
        <w:t>We want the garden to be enjoyed in different ways by people of different ages and abilities. Varied scents, textures, colours, natural sounds, accessible planting and quiet seating will provide different ways to experience and connect with nature. The project will be planned with accessibility, safeguarding and practical site arrangements in mind.</w:t>
      </w:r>
    </w:p>
    <w:p w14:paraId="6E1E912D" w14:textId="77777777" w:rsidR="00CB6F0D" w:rsidRDefault="00945CF5">
      <w:pPr>
        <w:pStyle w:val="Heading1"/>
      </w:pPr>
      <w:r>
        <w:t>9. Sustainability and future development</w:t>
      </w:r>
    </w:p>
    <w:p w14:paraId="25B46B8D" w14:textId="77777777" w:rsidR="00CB6F0D" w:rsidRDefault="00945CF5">
      <w:r>
        <w:t>We see this as the beginning of a longer-term project. The initial funding will create the foundations, with future fundraising, local business support and community involvement helping us develop the garden further over time. We want to start at a manageable scale, learn what works and build from there. In time, we hope the success of the garden will also give us the confidence to bring our existing polytunnel back into use.</w:t>
      </w:r>
    </w:p>
    <w:p w14:paraId="158ED1F9" w14:textId="77777777" w:rsidR="00CB6F0D" w:rsidRDefault="00945CF5">
      <w:r>
        <w:t>Future phases could include additional planting and seating, wildlife features, further growing areas and the community mural. These will be developed as funding and community support allow rather than being dependent on the initial £1,000 award.</w:t>
      </w:r>
    </w:p>
    <w:p w14:paraId="2319F774" w14:textId="77777777" w:rsidR="00CB6F0D" w:rsidRDefault="00945CF5">
      <w:pPr>
        <w:pStyle w:val="Heading1"/>
      </w:pPr>
      <w:r>
        <w:t>10. Proposed £1,000 first phase</w:t>
      </w:r>
    </w:p>
    <w:tbl>
      <w:tblPr>
        <w:tblStyle w:val="TableGrid"/>
        <w:tblW w:w="0" w:type="auto"/>
        <w:tblLook w:val="04A0" w:firstRow="1" w:lastRow="0" w:firstColumn="1" w:lastColumn="0" w:noHBand="0" w:noVBand="1"/>
      </w:tblPr>
      <w:tblGrid>
        <w:gridCol w:w="5035"/>
        <w:gridCol w:w="5035"/>
      </w:tblGrid>
      <w:tr w:rsidR="00CB6F0D" w14:paraId="31D5E9E9" w14:textId="77777777">
        <w:tc>
          <w:tcPr>
            <w:tcW w:w="5040" w:type="dxa"/>
          </w:tcPr>
          <w:p w14:paraId="3636E73F" w14:textId="77777777" w:rsidR="00CB6F0D" w:rsidRDefault="00945CF5">
            <w:r>
              <w:t>Proposed area</w:t>
            </w:r>
          </w:p>
        </w:tc>
        <w:tc>
          <w:tcPr>
            <w:tcW w:w="5040" w:type="dxa"/>
          </w:tcPr>
          <w:p w14:paraId="73522803" w14:textId="77777777" w:rsidR="00CB6F0D" w:rsidRDefault="00945CF5">
            <w:r>
              <w:t>Amount</w:t>
            </w:r>
          </w:p>
        </w:tc>
      </w:tr>
      <w:tr w:rsidR="00CB6F0D" w14:paraId="0F9C7711" w14:textId="77777777">
        <w:tc>
          <w:tcPr>
            <w:tcW w:w="5040" w:type="dxa"/>
          </w:tcPr>
          <w:p w14:paraId="767B5BFE" w14:textId="77777777" w:rsidR="00CB6F0D" w:rsidRDefault="00945CF5">
            <w:r>
              <w:t>Wildflower, pollinator and sensory planting</w:t>
            </w:r>
          </w:p>
        </w:tc>
        <w:tc>
          <w:tcPr>
            <w:tcW w:w="5040" w:type="dxa"/>
          </w:tcPr>
          <w:p w14:paraId="758522FF" w14:textId="77777777" w:rsidR="00CB6F0D" w:rsidRDefault="00945CF5">
            <w:r>
              <w:t>£300</w:t>
            </w:r>
          </w:p>
        </w:tc>
      </w:tr>
      <w:tr w:rsidR="00CB6F0D" w14:paraId="6A53ABF0" w14:textId="77777777">
        <w:tc>
          <w:tcPr>
            <w:tcW w:w="5040" w:type="dxa"/>
          </w:tcPr>
          <w:p w14:paraId="00908658" w14:textId="77777777" w:rsidR="00CB6F0D" w:rsidRDefault="00945CF5">
            <w:r>
              <w:t>Community growing plants and materials</w:t>
            </w:r>
          </w:p>
        </w:tc>
        <w:tc>
          <w:tcPr>
            <w:tcW w:w="5040" w:type="dxa"/>
          </w:tcPr>
          <w:p w14:paraId="437E962A" w14:textId="77777777" w:rsidR="00CB6F0D" w:rsidRDefault="00945CF5">
            <w:r>
              <w:t>£200</w:t>
            </w:r>
          </w:p>
        </w:tc>
      </w:tr>
      <w:tr w:rsidR="00CB6F0D" w14:paraId="48183449" w14:textId="77777777">
        <w:tc>
          <w:tcPr>
            <w:tcW w:w="5040" w:type="dxa"/>
          </w:tcPr>
          <w:p w14:paraId="26F803F6" w14:textId="77777777" w:rsidR="00CB6F0D" w:rsidRDefault="00945CF5">
            <w:r>
              <w:lastRenderedPageBreak/>
              <w:t>Compost, planting materials and natural growing resources</w:t>
            </w:r>
          </w:p>
        </w:tc>
        <w:tc>
          <w:tcPr>
            <w:tcW w:w="5040" w:type="dxa"/>
          </w:tcPr>
          <w:p w14:paraId="13BCABD1" w14:textId="77777777" w:rsidR="00CB6F0D" w:rsidRDefault="00945CF5">
            <w:r>
              <w:t>£150</w:t>
            </w:r>
          </w:p>
        </w:tc>
      </w:tr>
      <w:tr w:rsidR="00CB6F0D" w14:paraId="2B2DD49A" w14:textId="77777777">
        <w:tc>
          <w:tcPr>
            <w:tcW w:w="5040" w:type="dxa"/>
          </w:tcPr>
          <w:p w14:paraId="639AB9AC" w14:textId="77777777" w:rsidR="00CB6F0D" w:rsidRDefault="00945CF5">
            <w:r>
              <w:t>Wildlife features / habitat resources</w:t>
            </w:r>
          </w:p>
        </w:tc>
        <w:tc>
          <w:tcPr>
            <w:tcW w:w="5040" w:type="dxa"/>
          </w:tcPr>
          <w:p w14:paraId="41D1DD91" w14:textId="77777777" w:rsidR="00CB6F0D" w:rsidRDefault="00945CF5">
            <w:r>
              <w:t>£150</w:t>
            </w:r>
          </w:p>
        </w:tc>
      </w:tr>
      <w:tr w:rsidR="00CB6F0D" w14:paraId="3E74670D" w14:textId="77777777">
        <w:tc>
          <w:tcPr>
            <w:tcW w:w="5040" w:type="dxa"/>
          </w:tcPr>
          <w:p w14:paraId="1841D204" w14:textId="77777777" w:rsidR="00CB6F0D" w:rsidRDefault="00945CF5">
            <w:r>
              <w:t>St Anthony Bear Trail materials</w:t>
            </w:r>
          </w:p>
        </w:tc>
        <w:tc>
          <w:tcPr>
            <w:tcW w:w="5040" w:type="dxa"/>
          </w:tcPr>
          <w:p w14:paraId="3022B487" w14:textId="77777777" w:rsidR="00CB6F0D" w:rsidRDefault="00945CF5">
            <w:r>
              <w:t>£100</w:t>
            </w:r>
          </w:p>
        </w:tc>
      </w:tr>
      <w:tr w:rsidR="00CB6F0D" w14:paraId="363797C2" w14:textId="77777777">
        <w:tc>
          <w:tcPr>
            <w:tcW w:w="5040" w:type="dxa"/>
          </w:tcPr>
          <w:p w14:paraId="12A2268E" w14:textId="77777777" w:rsidR="00CB6F0D" w:rsidRDefault="00945CF5">
            <w:r>
              <w:t>Natural sensory / tactile materials</w:t>
            </w:r>
          </w:p>
        </w:tc>
        <w:tc>
          <w:tcPr>
            <w:tcW w:w="5040" w:type="dxa"/>
          </w:tcPr>
          <w:p w14:paraId="71ADDE57" w14:textId="77777777" w:rsidR="00CB6F0D" w:rsidRDefault="00945CF5">
            <w:r>
              <w:t>£100</w:t>
            </w:r>
          </w:p>
        </w:tc>
      </w:tr>
      <w:tr w:rsidR="00CB6F0D" w14:paraId="3C16A556" w14:textId="77777777">
        <w:tc>
          <w:tcPr>
            <w:tcW w:w="5040" w:type="dxa"/>
          </w:tcPr>
          <w:p w14:paraId="0DC5B38A" w14:textId="77777777" w:rsidR="00CB6F0D" w:rsidRDefault="00945CF5">
            <w:r>
              <w:t>Total</w:t>
            </w:r>
          </w:p>
        </w:tc>
        <w:tc>
          <w:tcPr>
            <w:tcW w:w="5040" w:type="dxa"/>
          </w:tcPr>
          <w:p w14:paraId="7485623D" w14:textId="77777777" w:rsidR="00CB6F0D" w:rsidRDefault="00945CF5">
            <w:r>
              <w:t>£1,000</w:t>
            </w:r>
          </w:p>
        </w:tc>
      </w:tr>
    </w:tbl>
    <w:p w14:paraId="41A6D35E" w14:textId="77777777" w:rsidR="00BE2F22" w:rsidRPr="00BE2F22" w:rsidRDefault="00BE2F22" w:rsidP="00BE2F22">
      <w:pPr>
        <w:rPr>
          <w:rFonts w:asciiTheme="majorHAnsi" w:eastAsiaTheme="majorEastAsia" w:hAnsiTheme="majorHAnsi" w:cstheme="majorBidi"/>
          <w:b/>
          <w:bCs/>
          <w:color w:val="365F91" w:themeColor="accent1" w:themeShade="BF"/>
          <w:sz w:val="30"/>
          <w:szCs w:val="28"/>
          <w:lang w:val="en-GB"/>
        </w:rPr>
      </w:pPr>
      <w:r w:rsidRPr="00BE2F22">
        <w:rPr>
          <w:rFonts w:asciiTheme="majorHAnsi" w:eastAsiaTheme="majorEastAsia" w:hAnsiTheme="majorHAnsi" w:cstheme="majorBidi"/>
          <w:b/>
          <w:bCs/>
          <w:color w:val="365F91" w:themeColor="accent1" w:themeShade="BF"/>
          <w:sz w:val="30"/>
          <w:szCs w:val="28"/>
          <w:lang w:val="en-GB"/>
        </w:rPr>
        <w:t>11. What Will Our Project Mean?</w:t>
      </w:r>
    </w:p>
    <w:p w14:paraId="3807A526" w14:textId="77777777" w:rsidR="00BE2F22" w:rsidRPr="00BE2F22" w:rsidRDefault="00BE2F22" w:rsidP="00BE2F22">
      <w:pPr>
        <w:rPr>
          <w:lang w:val="en-GB"/>
        </w:rPr>
      </w:pPr>
      <w:r w:rsidRPr="00BE2F22">
        <w:rPr>
          <w:rFonts w:ascii="Segoe UI Emoji" w:hAnsi="Segoe UI Emoji" w:cs="Segoe UI Emoji"/>
          <w:lang w:val="en-GB"/>
        </w:rPr>
        <w:t>🌱</w:t>
      </w:r>
      <w:r w:rsidRPr="00BE2F22">
        <w:rPr>
          <w:lang w:val="en-GB"/>
        </w:rPr>
        <w:t xml:space="preserve"> For our children and young people – a place to explore, discover, grow and follow the St Anthony Bear Trail, while developing a sense of belonging, friendship and equality.</w:t>
      </w:r>
    </w:p>
    <w:p w14:paraId="18578124" w14:textId="77777777" w:rsidR="00BE2F22" w:rsidRPr="00BE2F22" w:rsidRDefault="00BE2F22" w:rsidP="00BE2F22">
      <w:pPr>
        <w:rPr>
          <w:lang w:val="en-GB"/>
        </w:rPr>
      </w:pPr>
      <w:r w:rsidRPr="00BE2F22">
        <w:rPr>
          <w:rFonts w:ascii="Segoe UI Emoji" w:hAnsi="Segoe UI Emoji" w:cs="Segoe UI Emoji"/>
          <w:lang w:val="en-GB"/>
        </w:rPr>
        <w:t>💚</w:t>
      </w:r>
      <w:r w:rsidRPr="00BE2F22">
        <w:rPr>
          <w:lang w:val="en-GB"/>
        </w:rPr>
        <w:t xml:space="preserve"> For pupils’ mental health and wellbeing – a calm, welcoming environment where children can pause, breathe, regulate, reflect and enjoy time away from the pressures of the school day.</w:t>
      </w:r>
    </w:p>
    <w:p w14:paraId="70020FDA" w14:textId="77777777" w:rsidR="00BE2F22" w:rsidRPr="00BE2F22" w:rsidRDefault="00BE2F22" w:rsidP="00BE2F22">
      <w:pPr>
        <w:rPr>
          <w:lang w:val="en-GB"/>
        </w:rPr>
      </w:pPr>
      <w:r w:rsidRPr="00BE2F22">
        <w:rPr>
          <w:rFonts w:ascii="Segoe UI Emoji" w:hAnsi="Segoe UI Emoji" w:cs="Segoe UI Emoji"/>
          <w:lang w:val="en-GB"/>
        </w:rPr>
        <w:t>👨</w:t>
      </w:r>
      <w:r w:rsidRPr="00BE2F22">
        <w:rPr>
          <w:lang w:val="en-GB"/>
        </w:rPr>
        <w:t>‍</w:t>
      </w:r>
      <w:r w:rsidRPr="00BE2F22">
        <w:rPr>
          <w:rFonts w:ascii="Segoe UI Emoji" w:hAnsi="Segoe UI Emoji" w:cs="Segoe UI Emoji"/>
          <w:lang w:val="en-GB"/>
        </w:rPr>
        <w:t>👩</w:t>
      </w:r>
      <w:r w:rsidRPr="00BE2F22">
        <w:rPr>
          <w:lang w:val="en-GB"/>
        </w:rPr>
        <w:t>‍</w:t>
      </w:r>
      <w:r w:rsidRPr="00BE2F22">
        <w:rPr>
          <w:rFonts w:ascii="Segoe UI Emoji" w:hAnsi="Segoe UI Emoji" w:cs="Segoe UI Emoji"/>
          <w:lang w:val="en-GB"/>
        </w:rPr>
        <w:t>👧</w:t>
      </w:r>
      <w:r w:rsidRPr="00BE2F22">
        <w:rPr>
          <w:lang w:val="en-GB"/>
        </w:rPr>
        <w:t xml:space="preserve"> For our families – an opportunity to get involved, share ideas, volunteer, grow things together and feel part of something positive within their school community.</w:t>
      </w:r>
    </w:p>
    <w:p w14:paraId="1A270CDE" w14:textId="77777777" w:rsidR="00BE2F22" w:rsidRPr="00BE2F22" w:rsidRDefault="00BE2F22" w:rsidP="00BE2F22">
      <w:pPr>
        <w:rPr>
          <w:lang w:val="en-GB"/>
        </w:rPr>
      </w:pPr>
      <w:r w:rsidRPr="00BE2F22">
        <w:rPr>
          <w:rFonts w:ascii="Segoe UI Emoji" w:hAnsi="Segoe UI Emoji" w:cs="Segoe UI Emoji"/>
          <w:lang w:val="en-GB"/>
        </w:rPr>
        <w:t>🤝</w:t>
      </w:r>
      <w:r w:rsidRPr="00BE2F22">
        <w:rPr>
          <w:lang w:val="en-GB"/>
        </w:rPr>
        <w:t xml:space="preserve"> For our wider community – a space that brings together the Parent Council, families, volunteers, local businesses, our chapel and parish community and our friends at Arran View.  </w:t>
      </w:r>
    </w:p>
    <w:p w14:paraId="67255F10" w14:textId="77777777" w:rsidR="00BE2F22" w:rsidRPr="00BE2F22" w:rsidRDefault="00BE2F22" w:rsidP="00BE2F22">
      <w:pPr>
        <w:rPr>
          <w:lang w:val="en-GB"/>
        </w:rPr>
      </w:pPr>
      <w:r w:rsidRPr="00BE2F22">
        <w:rPr>
          <w:rFonts w:ascii="Segoe UI Emoji" w:hAnsi="Segoe UI Emoji" w:cs="Segoe UI Emoji"/>
          <w:lang w:val="en-GB"/>
        </w:rPr>
        <w:t>🌿</w:t>
      </w:r>
      <w:r w:rsidRPr="00BE2F22">
        <w:rPr>
          <w:lang w:val="en-GB"/>
        </w:rPr>
        <w:t xml:space="preserve"> For nature and our environment – a space where wildflowers, pollinators, wildlife and community growing can flourish, helping everyone develop a stronger connection with the natural world.</w:t>
      </w:r>
    </w:p>
    <w:p w14:paraId="1FBCCE6B" w14:textId="77777777" w:rsidR="00BE2F22" w:rsidRPr="00BE2F22" w:rsidRDefault="00BE2F22" w:rsidP="00BE2F22">
      <w:pPr>
        <w:rPr>
          <w:lang w:val="en-GB"/>
        </w:rPr>
      </w:pPr>
      <w:r w:rsidRPr="00BE2F22">
        <w:rPr>
          <w:rFonts w:ascii="Segoe UI Emoji" w:hAnsi="Segoe UI Emoji" w:cs="Segoe UI Emoji"/>
          <w:lang w:val="en-GB"/>
        </w:rPr>
        <w:t>❤️</w:t>
      </w:r>
      <w:r w:rsidRPr="00BE2F22">
        <w:rPr>
          <w:lang w:val="en-GB"/>
        </w:rPr>
        <w:t xml:space="preserve"> For reflection and remembrance – a peaceful place to sit, reflect, remember, celebrate achievements and think about the people and experiences that have helped shape our community.</w:t>
      </w:r>
    </w:p>
    <w:p w14:paraId="29479E0A" w14:textId="77777777" w:rsidR="00BE2F22" w:rsidRPr="00BE2F22" w:rsidRDefault="00BE2F22" w:rsidP="00BE2F22">
      <w:pPr>
        <w:rPr>
          <w:lang w:val="en-GB"/>
        </w:rPr>
      </w:pPr>
      <w:r w:rsidRPr="00BE2F22">
        <w:rPr>
          <w:rFonts w:ascii="Segoe UI Emoji" w:hAnsi="Segoe UI Emoji" w:cs="Segoe UI Emoji"/>
          <w:lang w:val="en-GB"/>
        </w:rPr>
        <w:t>🎨</w:t>
      </w:r>
      <w:r w:rsidRPr="00BE2F22">
        <w:rPr>
          <w:lang w:val="en-GB"/>
        </w:rPr>
        <w:t xml:space="preserve"> For creativity and community pride – a place shaped by children's ideas, local creativity, businesses and volunteers, creating something that our whole community can look at and say, “we helped make that.”</w:t>
      </w:r>
    </w:p>
    <w:p w14:paraId="301D0E70" w14:textId="77138065" w:rsidR="00CB6F0D" w:rsidRDefault="00CB6F0D"/>
    <w:sectPr w:rsidR="00CB6F0D"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1AE4754"/>
    <w:multiLevelType w:val="multilevel"/>
    <w:tmpl w:val="58AAC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6916451">
    <w:abstractNumId w:val="8"/>
  </w:num>
  <w:num w:numId="2" w16cid:durableId="931357194">
    <w:abstractNumId w:val="6"/>
  </w:num>
  <w:num w:numId="3" w16cid:durableId="353381739">
    <w:abstractNumId w:val="5"/>
  </w:num>
  <w:num w:numId="4" w16cid:durableId="2100566596">
    <w:abstractNumId w:val="4"/>
  </w:num>
  <w:num w:numId="5" w16cid:durableId="248858361">
    <w:abstractNumId w:val="7"/>
  </w:num>
  <w:num w:numId="6" w16cid:durableId="207885978">
    <w:abstractNumId w:val="3"/>
  </w:num>
  <w:num w:numId="7" w16cid:durableId="1564826333">
    <w:abstractNumId w:val="2"/>
  </w:num>
  <w:num w:numId="8" w16cid:durableId="470100449">
    <w:abstractNumId w:val="1"/>
  </w:num>
  <w:num w:numId="9" w16cid:durableId="1785149722">
    <w:abstractNumId w:val="0"/>
  </w:num>
  <w:num w:numId="10" w16cid:durableId="18787400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29EE"/>
    <w:rsid w:val="0029639D"/>
    <w:rsid w:val="00326F90"/>
    <w:rsid w:val="004D560C"/>
    <w:rsid w:val="004F4DE5"/>
    <w:rsid w:val="00554A2A"/>
    <w:rsid w:val="00720312"/>
    <w:rsid w:val="0086608E"/>
    <w:rsid w:val="00945CF5"/>
    <w:rsid w:val="00AA1D8D"/>
    <w:rsid w:val="00AD325C"/>
    <w:rsid w:val="00B47730"/>
    <w:rsid w:val="00BE2F22"/>
    <w:rsid w:val="00C24310"/>
    <w:rsid w:val="00CB0664"/>
    <w:rsid w:val="00CB6F0D"/>
    <w:rsid w:val="00CC3939"/>
    <w:rsid w:val="00D029C3"/>
    <w:rsid w:val="00EE727E"/>
    <w:rsid w:val="00F144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0D6BB8"/>
  <w14:defaultImageDpi w14:val="300"/>
  <w15:docId w15:val="{CD5C43DD-664A-44F6-BAD9-871212C73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1916</Words>
  <Characters>10926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Davidson</cp:lastModifiedBy>
  <cp:revision>8</cp:revision>
  <dcterms:created xsi:type="dcterms:W3CDTF">2026-09-02T09:45:00Z</dcterms:created>
  <dcterms:modified xsi:type="dcterms:W3CDTF">2026-09-04T17:44:00Z</dcterms:modified>
  <cp:category/>
</cp:coreProperties>
</file>